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6EB05A" w14:textId="0ED435D7" w:rsidR="00786E08" w:rsidRPr="00C43BF2" w:rsidRDefault="002D7E2F" w:rsidP="00786E08">
      <w:pPr>
        <w:rPr>
          <w:rFonts w:asciiTheme="majorHAnsi" w:hAnsiTheme="majorHAnsi" w:cstheme="majorHAnsi"/>
          <w:bCs/>
          <w:szCs w:val="16"/>
        </w:rPr>
      </w:pPr>
      <w:bookmarkStart w:id="0" w:name="_GoBack"/>
      <w:bookmarkEnd w:id="0"/>
      <w:r w:rsidRPr="00C43BF2">
        <w:rPr>
          <w:rFonts w:asciiTheme="majorHAnsi" w:hAnsiTheme="majorHAnsi" w:cstheme="majorHAnsi"/>
          <w:bCs/>
          <w:szCs w:val="16"/>
        </w:rPr>
        <w:t>z</w:t>
      </w:r>
      <w:r w:rsidR="00786E08" w:rsidRPr="00C43BF2">
        <w:rPr>
          <w:rFonts w:asciiTheme="majorHAnsi" w:hAnsiTheme="majorHAnsi" w:cstheme="majorHAnsi"/>
          <w:bCs/>
          <w:szCs w:val="16"/>
        </w:rPr>
        <w:t>ałącznik nr 2</w:t>
      </w:r>
    </w:p>
    <w:p w14:paraId="5643CA7D" w14:textId="77777777" w:rsidR="00786E08" w:rsidRPr="00C43BF2" w:rsidRDefault="00786E08">
      <w:pPr>
        <w:jc w:val="center"/>
        <w:rPr>
          <w:rFonts w:ascii="Arial" w:hAnsi="Arial" w:cs="Arial"/>
          <w:bCs/>
          <w:sz w:val="32"/>
        </w:rPr>
      </w:pPr>
    </w:p>
    <w:p w14:paraId="727A6604" w14:textId="1F2EA02D" w:rsidR="00304E3B" w:rsidRPr="00C43BF2" w:rsidRDefault="002D7E2F">
      <w:pPr>
        <w:jc w:val="center"/>
        <w:rPr>
          <w:rFonts w:asciiTheme="majorHAnsi" w:hAnsiTheme="majorHAnsi" w:cstheme="majorHAnsi"/>
          <w:b/>
        </w:rPr>
      </w:pPr>
      <w:r w:rsidRPr="00C43BF2">
        <w:rPr>
          <w:rFonts w:asciiTheme="majorHAnsi" w:hAnsiTheme="majorHAnsi" w:cstheme="majorHAnsi"/>
          <w:b/>
        </w:rPr>
        <w:t>DNI TEMATYCZNE W ROKU SZKOLNYM 2026/2027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2669"/>
        <w:gridCol w:w="3851"/>
      </w:tblGrid>
      <w:tr w:rsidR="00304E3B" w:rsidRPr="00C43BF2" w14:paraId="78C007E4" w14:textId="77777777" w:rsidTr="002D7E2F">
        <w:trPr>
          <w:jc w:val="center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5CA8A87A" w14:textId="77777777" w:rsidR="00304E3B" w:rsidRPr="00C43BF2" w:rsidRDefault="00296311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Dzień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tematyczny</w:t>
            </w:r>
            <w:proofErr w:type="spellEnd"/>
          </w:p>
        </w:tc>
        <w:tc>
          <w:tcPr>
            <w:tcW w:w="2669" w:type="dxa"/>
            <w:shd w:val="clear" w:color="auto" w:fill="D9D9D9" w:themeFill="background1" w:themeFillShade="D9"/>
            <w:vAlign w:val="center"/>
          </w:tcPr>
          <w:p w14:paraId="4D54486E" w14:textId="77777777" w:rsidR="00304E3B" w:rsidRPr="00C43BF2" w:rsidRDefault="00296311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Czas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realizacji</w:t>
            </w:r>
          </w:p>
        </w:tc>
        <w:tc>
          <w:tcPr>
            <w:tcW w:w="3851" w:type="dxa"/>
            <w:shd w:val="clear" w:color="auto" w:fill="D9D9D9" w:themeFill="background1" w:themeFillShade="D9"/>
            <w:vAlign w:val="center"/>
          </w:tcPr>
          <w:p w14:paraId="356B8452" w14:textId="77777777" w:rsidR="00304E3B" w:rsidRPr="00C43BF2" w:rsidRDefault="00296311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Odpowiedzialni</w:t>
            </w:r>
            <w:proofErr w:type="spellEnd"/>
          </w:p>
        </w:tc>
      </w:tr>
      <w:tr w:rsidR="00304E3B" w:rsidRPr="00C43BF2" w14:paraId="6B5B9485" w14:textId="77777777" w:rsidTr="00786E08">
        <w:trPr>
          <w:jc w:val="center"/>
        </w:trPr>
        <w:tc>
          <w:tcPr>
            <w:tcW w:w="3402" w:type="dxa"/>
            <w:vAlign w:val="center"/>
          </w:tcPr>
          <w:p w14:paraId="79FBA851" w14:textId="77777777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Dzień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Kropki</w:t>
            </w:r>
            <w:proofErr w:type="spellEnd"/>
          </w:p>
        </w:tc>
        <w:tc>
          <w:tcPr>
            <w:tcW w:w="2669" w:type="dxa"/>
            <w:vAlign w:val="center"/>
          </w:tcPr>
          <w:p w14:paraId="46751A3F" w14:textId="77777777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15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września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2026 r.</w:t>
            </w:r>
          </w:p>
        </w:tc>
        <w:tc>
          <w:tcPr>
            <w:tcW w:w="3851" w:type="dxa"/>
            <w:vAlign w:val="center"/>
          </w:tcPr>
          <w:p w14:paraId="157CAF3E" w14:textId="77777777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Wychowawcy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klas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,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nauczyciele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edukacji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wczesnoszkolnej</w:t>
            </w:r>
            <w:proofErr w:type="spellEnd"/>
          </w:p>
        </w:tc>
      </w:tr>
      <w:tr w:rsidR="00FF1645" w:rsidRPr="00C43BF2" w14:paraId="325735BC" w14:textId="77777777" w:rsidTr="00786E08">
        <w:trPr>
          <w:jc w:val="center"/>
        </w:trPr>
        <w:tc>
          <w:tcPr>
            <w:tcW w:w="3402" w:type="dxa"/>
            <w:vAlign w:val="center"/>
          </w:tcPr>
          <w:p w14:paraId="087B389C" w14:textId="48C007CD" w:rsidR="00FF1645" w:rsidRPr="00C43BF2" w:rsidRDefault="00FF1645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Europejski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Dzień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Języków</w:t>
            </w:r>
            <w:proofErr w:type="spellEnd"/>
          </w:p>
        </w:tc>
        <w:tc>
          <w:tcPr>
            <w:tcW w:w="2669" w:type="dxa"/>
            <w:vAlign w:val="center"/>
          </w:tcPr>
          <w:p w14:paraId="7A376B8C" w14:textId="79EDD555" w:rsidR="00FF1645" w:rsidRPr="00C43BF2" w:rsidRDefault="00FF1645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25</w:t>
            </w:r>
            <w:r w:rsidR="00C43BF2"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="00C43BF2"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września</w:t>
            </w:r>
            <w:proofErr w:type="spellEnd"/>
            <w:r w:rsidR="00C43BF2"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3851" w:type="dxa"/>
            <w:vAlign w:val="center"/>
          </w:tcPr>
          <w:p w14:paraId="3B25C083" w14:textId="4CEE1A65" w:rsidR="00FF1645" w:rsidRPr="00C43BF2" w:rsidRDefault="00C43BF2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Edyta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Błaszczyk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,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nauczyciele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języków</w:t>
            </w:r>
            <w:proofErr w:type="spellEnd"/>
          </w:p>
        </w:tc>
      </w:tr>
      <w:tr w:rsidR="00C43BF2" w:rsidRPr="00C43BF2" w14:paraId="297A9918" w14:textId="77777777" w:rsidTr="00786E08">
        <w:trPr>
          <w:jc w:val="center"/>
        </w:trPr>
        <w:tc>
          <w:tcPr>
            <w:tcW w:w="3402" w:type="dxa"/>
            <w:vAlign w:val="center"/>
          </w:tcPr>
          <w:p w14:paraId="24CD5864" w14:textId="6977A976" w:rsidR="00C43BF2" w:rsidRPr="00C43BF2" w:rsidRDefault="00C43BF2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Dzień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Zdrowia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Psychicznego</w:t>
            </w:r>
            <w:proofErr w:type="spellEnd"/>
          </w:p>
        </w:tc>
        <w:tc>
          <w:tcPr>
            <w:tcW w:w="2669" w:type="dxa"/>
            <w:vAlign w:val="center"/>
          </w:tcPr>
          <w:p w14:paraId="74C4B73C" w14:textId="22015C82" w:rsidR="00C43BF2" w:rsidRPr="00C43BF2" w:rsidRDefault="00C43BF2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9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października</w:t>
            </w:r>
            <w:proofErr w:type="spellEnd"/>
          </w:p>
        </w:tc>
        <w:tc>
          <w:tcPr>
            <w:tcW w:w="3851" w:type="dxa"/>
            <w:vAlign w:val="center"/>
          </w:tcPr>
          <w:p w14:paraId="39B680DE" w14:textId="0649E532" w:rsidR="00C43BF2" w:rsidRPr="00C43BF2" w:rsidRDefault="00C43BF2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Pedagog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/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Psycholog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,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wychowawcy</w:t>
            </w:r>
            <w:proofErr w:type="spellEnd"/>
          </w:p>
        </w:tc>
      </w:tr>
      <w:tr w:rsidR="00FF1645" w:rsidRPr="00C43BF2" w14:paraId="5ADA18FB" w14:textId="77777777" w:rsidTr="00786E08">
        <w:trPr>
          <w:jc w:val="center"/>
        </w:trPr>
        <w:tc>
          <w:tcPr>
            <w:tcW w:w="3402" w:type="dxa"/>
            <w:vAlign w:val="center"/>
          </w:tcPr>
          <w:p w14:paraId="45F8540F" w14:textId="1F8731E3" w:rsidR="00FF1645" w:rsidRPr="00C43BF2" w:rsidRDefault="00FF1645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Przeciwdziałanie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przemocy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rówieśniczej</w:t>
            </w:r>
            <w:proofErr w:type="spellEnd"/>
          </w:p>
        </w:tc>
        <w:tc>
          <w:tcPr>
            <w:tcW w:w="2669" w:type="dxa"/>
            <w:vAlign w:val="center"/>
          </w:tcPr>
          <w:p w14:paraId="62BDABAC" w14:textId="4642FB68" w:rsidR="00FF1645" w:rsidRPr="00C43BF2" w:rsidRDefault="00FF1645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28</w:t>
            </w:r>
            <w:r w:rsidR="00C43BF2"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="00C43BF2"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września</w:t>
            </w:r>
            <w:proofErr w:type="spellEnd"/>
            <w:r w:rsidR="00C43BF2"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do 2 </w:t>
            </w:r>
            <w:proofErr w:type="spellStart"/>
            <w:r w:rsidR="00C43BF2"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października</w:t>
            </w:r>
            <w:proofErr w:type="spellEnd"/>
          </w:p>
        </w:tc>
        <w:tc>
          <w:tcPr>
            <w:tcW w:w="3851" w:type="dxa"/>
            <w:vAlign w:val="center"/>
          </w:tcPr>
          <w:p w14:paraId="216FD8BA" w14:textId="2C919331" w:rsidR="00FF1645" w:rsidRPr="00C43BF2" w:rsidRDefault="00C43BF2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Psycholog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/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pedagog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,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wychowawcy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klas</w:t>
            </w:r>
            <w:proofErr w:type="spellEnd"/>
          </w:p>
        </w:tc>
      </w:tr>
      <w:tr w:rsidR="00304E3B" w:rsidRPr="00C43BF2" w14:paraId="121BE615" w14:textId="77777777" w:rsidTr="00786E08">
        <w:trPr>
          <w:jc w:val="center"/>
        </w:trPr>
        <w:tc>
          <w:tcPr>
            <w:tcW w:w="3402" w:type="dxa"/>
            <w:vAlign w:val="center"/>
          </w:tcPr>
          <w:p w14:paraId="5BAFCACF" w14:textId="77777777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Dzień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Życzliwości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i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Pozdrowień</w:t>
            </w:r>
            <w:proofErr w:type="spellEnd"/>
          </w:p>
        </w:tc>
        <w:tc>
          <w:tcPr>
            <w:tcW w:w="2669" w:type="dxa"/>
            <w:vAlign w:val="center"/>
          </w:tcPr>
          <w:p w14:paraId="02044FE1" w14:textId="77777777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21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listopada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2026 r.</w:t>
            </w:r>
          </w:p>
        </w:tc>
        <w:tc>
          <w:tcPr>
            <w:tcW w:w="3851" w:type="dxa"/>
            <w:vAlign w:val="center"/>
          </w:tcPr>
          <w:p w14:paraId="7A7914B2" w14:textId="5D07FB97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Samorząd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Uczniowski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,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pedago</w:t>
            </w:r>
            <w:r w:rsidR="002D7E2F"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g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/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psycholog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,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wychowawcy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klas</w:t>
            </w:r>
            <w:proofErr w:type="spellEnd"/>
          </w:p>
        </w:tc>
      </w:tr>
      <w:tr w:rsidR="00304E3B" w:rsidRPr="00C43BF2" w14:paraId="3BD84F0E" w14:textId="77777777" w:rsidTr="00786E08">
        <w:trPr>
          <w:jc w:val="center"/>
        </w:trPr>
        <w:tc>
          <w:tcPr>
            <w:tcW w:w="3402" w:type="dxa"/>
            <w:vAlign w:val="center"/>
          </w:tcPr>
          <w:p w14:paraId="53566FF2" w14:textId="77777777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Dzień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Pluszowego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Misia</w:t>
            </w:r>
            <w:proofErr w:type="spellEnd"/>
          </w:p>
        </w:tc>
        <w:tc>
          <w:tcPr>
            <w:tcW w:w="2669" w:type="dxa"/>
            <w:vAlign w:val="center"/>
          </w:tcPr>
          <w:p w14:paraId="36117939" w14:textId="77777777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25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listopada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2026 r.</w:t>
            </w:r>
          </w:p>
        </w:tc>
        <w:tc>
          <w:tcPr>
            <w:tcW w:w="3851" w:type="dxa"/>
            <w:vAlign w:val="center"/>
          </w:tcPr>
          <w:p w14:paraId="57643F2C" w14:textId="77777777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Biblioteka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,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wychowawcy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klas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I–III</w:t>
            </w:r>
          </w:p>
        </w:tc>
      </w:tr>
      <w:tr w:rsidR="00786E08" w:rsidRPr="00C43BF2" w14:paraId="441986A1" w14:textId="77777777" w:rsidTr="00786E08">
        <w:trPr>
          <w:jc w:val="center"/>
        </w:trPr>
        <w:tc>
          <w:tcPr>
            <w:tcW w:w="3402" w:type="dxa"/>
            <w:vAlign w:val="center"/>
          </w:tcPr>
          <w:p w14:paraId="10575732" w14:textId="14EA09DB" w:rsidR="00786E08" w:rsidRPr="00C43BF2" w:rsidRDefault="00786E08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Dzień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Bezpiecznego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Internetu</w:t>
            </w:r>
            <w:proofErr w:type="spellEnd"/>
          </w:p>
        </w:tc>
        <w:tc>
          <w:tcPr>
            <w:tcW w:w="2669" w:type="dxa"/>
            <w:vAlign w:val="center"/>
          </w:tcPr>
          <w:p w14:paraId="01B8D58F" w14:textId="2B4A4353" w:rsidR="00786E08" w:rsidRPr="00C43BF2" w:rsidRDefault="00786E08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16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lutego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2027 r.</w:t>
            </w:r>
          </w:p>
        </w:tc>
        <w:tc>
          <w:tcPr>
            <w:tcW w:w="3851" w:type="dxa"/>
            <w:vAlign w:val="center"/>
          </w:tcPr>
          <w:p w14:paraId="2AE591DD" w14:textId="7F1B08FC" w:rsidR="00786E08" w:rsidRPr="00C43BF2" w:rsidRDefault="00786E08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Rafał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Wierzchowski</w:t>
            </w:r>
            <w:proofErr w:type="spellEnd"/>
          </w:p>
        </w:tc>
      </w:tr>
      <w:tr w:rsidR="00E94224" w:rsidRPr="00C43BF2" w14:paraId="1D495541" w14:textId="77777777" w:rsidTr="00786E08">
        <w:trPr>
          <w:jc w:val="center"/>
        </w:trPr>
        <w:tc>
          <w:tcPr>
            <w:tcW w:w="3402" w:type="dxa"/>
            <w:vAlign w:val="center"/>
          </w:tcPr>
          <w:p w14:paraId="59078C98" w14:textId="6B200FC3" w:rsidR="00E94224" w:rsidRPr="00C43BF2" w:rsidRDefault="00E94224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Tydzień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higieny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cyfrowej</w:t>
            </w:r>
            <w:proofErr w:type="spellEnd"/>
          </w:p>
        </w:tc>
        <w:tc>
          <w:tcPr>
            <w:tcW w:w="2669" w:type="dxa"/>
            <w:vAlign w:val="center"/>
          </w:tcPr>
          <w:p w14:paraId="11A98D18" w14:textId="318A9BFC" w:rsidR="00E94224" w:rsidRPr="00C43BF2" w:rsidRDefault="00E94224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15-19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lutego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2026 r.</w:t>
            </w:r>
          </w:p>
        </w:tc>
        <w:tc>
          <w:tcPr>
            <w:tcW w:w="3851" w:type="dxa"/>
            <w:vAlign w:val="center"/>
          </w:tcPr>
          <w:p w14:paraId="30969E72" w14:textId="0BB69F90" w:rsidR="00E94224" w:rsidRPr="00C43BF2" w:rsidRDefault="00D27BC6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Pedagog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/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psycholog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,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wychowawcy</w:t>
            </w:r>
            <w:proofErr w:type="spellEnd"/>
          </w:p>
        </w:tc>
      </w:tr>
      <w:tr w:rsidR="00304E3B" w:rsidRPr="00C43BF2" w14:paraId="5391AC8C" w14:textId="77777777" w:rsidTr="00786E08">
        <w:trPr>
          <w:jc w:val="center"/>
        </w:trPr>
        <w:tc>
          <w:tcPr>
            <w:tcW w:w="3402" w:type="dxa"/>
            <w:vAlign w:val="center"/>
          </w:tcPr>
          <w:p w14:paraId="745D9E48" w14:textId="77777777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Dzień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Bez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Plecaka</w:t>
            </w:r>
            <w:proofErr w:type="spellEnd"/>
          </w:p>
        </w:tc>
        <w:tc>
          <w:tcPr>
            <w:tcW w:w="2669" w:type="dxa"/>
            <w:vAlign w:val="center"/>
          </w:tcPr>
          <w:p w14:paraId="468E13F6" w14:textId="77777777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ustalony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dzień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w II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semestrze</w:t>
            </w:r>
            <w:proofErr w:type="spellEnd"/>
          </w:p>
        </w:tc>
        <w:tc>
          <w:tcPr>
            <w:tcW w:w="3851" w:type="dxa"/>
            <w:vAlign w:val="center"/>
          </w:tcPr>
          <w:p w14:paraId="53A09C1B" w14:textId="77777777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Samorząd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Uczniowski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,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wychowawcy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klas</w:t>
            </w:r>
            <w:proofErr w:type="spellEnd"/>
          </w:p>
        </w:tc>
      </w:tr>
      <w:tr w:rsidR="00304E3B" w:rsidRPr="00C43BF2" w14:paraId="4F1406C4" w14:textId="77777777" w:rsidTr="00786E08">
        <w:trPr>
          <w:jc w:val="center"/>
        </w:trPr>
        <w:tc>
          <w:tcPr>
            <w:tcW w:w="3402" w:type="dxa"/>
            <w:vAlign w:val="center"/>
          </w:tcPr>
          <w:p w14:paraId="1695508D" w14:textId="77777777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Dzień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Postaci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z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Bajek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lub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Filmów</w:t>
            </w:r>
            <w:proofErr w:type="spellEnd"/>
          </w:p>
        </w:tc>
        <w:tc>
          <w:tcPr>
            <w:tcW w:w="2669" w:type="dxa"/>
            <w:vAlign w:val="center"/>
          </w:tcPr>
          <w:p w14:paraId="793FF4F4" w14:textId="77777777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ustalony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dzień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w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roku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szkolnym</w:t>
            </w:r>
            <w:proofErr w:type="spellEnd"/>
          </w:p>
        </w:tc>
        <w:tc>
          <w:tcPr>
            <w:tcW w:w="3851" w:type="dxa"/>
            <w:vAlign w:val="center"/>
          </w:tcPr>
          <w:p w14:paraId="25A53CA3" w14:textId="77777777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Samorząd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Uczniowski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,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wychowawcy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klas</w:t>
            </w:r>
            <w:proofErr w:type="spellEnd"/>
          </w:p>
        </w:tc>
      </w:tr>
      <w:tr w:rsidR="00304E3B" w:rsidRPr="00C43BF2" w14:paraId="42118A88" w14:textId="77777777" w:rsidTr="00786E08">
        <w:trPr>
          <w:jc w:val="center"/>
        </w:trPr>
        <w:tc>
          <w:tcPr>
            <w:tcW w:w="3402" w:type="dxa"/>
            <w:vAlign w:val="center"/>
          </w:tcPr>
          <w:p w14:paraId="65CD5E6F" w14:textId="09C013DE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Pierwszy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Dzień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Wiosny</w:t>
            </w:r>
            <w:proofErr w:type="spellEnd"/>
            <w:r w:rsidR="00786E08"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- </w:t>
            </w:r>
            <w:proofErr w:type="spellStart"/>
            <w:r w:rsidR="00786E08"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doświadczenia</w:t>
            </w:r>
            <w:proofErr w:type="spellEnd"/>
            <w:r w:rsidR="00786E08"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i</w:t>
            </w:r>
            <w:r w:rsidR="00786E08"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="00786E08"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eksperymenty</w:t>
            </w:r>
            <w:proofErr w:type="spellEnd"/>
            <w:r w:rsidR="00786E08"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z </w:t>
            </w:r>
            <w:proofErr w:type="spellStart"/>
            <w:r w:rsidR="00786E08"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wodą</w:t>
            </w:r>
            <w:proofErr w:type="spellEnd"/>
          </w:p>
        </w:tc>
        <w:tc>
          <w:tcPr>
            <w:tcW w:w="2669" w:type="dxa"/>
            <w:vAlign w:val="center"/>
          </w:tcPr>
          <w:p w14:paraId="12ACB0C7" w14:textId="5A8E4C6F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19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marca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2027 r.</w:t>
            </w:r>
          </w:p>
        </w:tc>
        <w:tc>
          <w:tcPr>
            <w:tcW w:w="3851" w:type="dxa"/>
            <w:vAlign w:val="center"/>
          </w:tcPr>
          <w:p w14:paraId="06067DB7" w14:textId="3736523E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Samorząd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Uczniowski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,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nauczyciele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,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wychowawcy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klas</w:t>
            </w:r>
            <w:proofErr w:type="spellEnd"/>
            <w:r w:rsidR="00C43BF2"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, Marta </w:t>
            </w:r>
            <w:proofErr w:type="spellStart"/>
            <w:r w:rsidR="00C43BF2"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Woroniecka</w:t>
            </w:r>
            <w:proofErr w:type="spellEnd"/>
            <w:r w:rsidR="00C43BF2"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- </w:t>
            </w:r>
            <w:proofErr w:type="spellStart"/>
            <w:r w:rsidR="00C43BF2"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Marciniak</w:t>
            </w:r>
            <w:proofErr w:type="spellEnd"/>
          </w:p>
        </w:tc>
      </w:tr>
      <w:tr w:rsidR="00304E3B" w:rsidRPr="00C43BF2" w14:paraId="3B115C78" w14:textId="77777777" w:rsidTr="00786E08">
        <w:trPr>
          <w:jc w:val="center"/>
        </w:trPr>
        <w:tc>
          <w:tcPr>
            <w:tcW w:w="3402" w:type="dxa"/>
            <w:vAlign w:val="center"/>
          </w:tcPr>
          <w:p w14:paraId="35FC4DF6" w14:textId="77777777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Dzień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Ziemi</w:t>
            </w:r>
            <w:proofErr w:type="spellEnd"/>
          </w:p>
        </w:tc>
        <w:tc>
          <w:tcPr>
            <w:tcW w:w="2669" w:type="dxa"/>
            <w:vAlign w:val="center"/>
          </w:tcPr>
          <w:p w14:paraId="2B47A5F1" w14:textId="77777777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22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kwietnia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2027 r.</w:t>
            </w:r>
          </w:p>
        </w:tc>
        <w:tc>
          <w:tcPr>
            <w:tcW w:w="3851" w:type="dxa"/>
            <w:vAlign w:val="center"/>
          </w:tcPr>
          <w:p w14:paraId="76B5E4A4" w14:textId="77777777" w:rsidR="00304E3B" w:rsidRPr="00C43BF2" w:rsidRDefault="00296311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Nauczyciele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przyrody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/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biologii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/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geografii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,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wychowawcy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klas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,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Samorząd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Uczniowski</w:t>
            </w:r>
            <w:proofErr w:type="spellEnd"/>
          </w:p>
        </w:tc>
      </w:tr>
      <w:tr w:rsidR="00786E08" w:rsidRPr="002D7E2F" w14:paraId="3D9B1239" w14:textId="77777777" w:rsidTr="00786E08">
        <w:trPr>
          <w:jc w:val="center"/>
        </w:trPr>
        <w:tc>
          <w:tcPr>
            <w:tcW w:w="3402" w:type="dxa"/>
            <w:vAlign w:val="center"/>
          </w:tcPr>
          <w:p w14:paraId="43223929" w14:textId="07BF4F20" w:rsidR="00786E08" w:rsidRPr="00C43BF2" w:rsidRDefault="00786E08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Dzień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Kolorów</w:t>
            </w:r>
            <w:proofErr w:type="spellEnd"/>
          </w:p>
        </w:tc>
        <w:tc>
          <w:tcPr>
            <w:tcW w:w="2669" w:type="dxa"/>
            <w:vAlign w:val="center"/>
          </w:tcPr>
          <w:p w14:paraId="12F7BB74" w14:textId="39FDE320" w:rsidR="00786E08" w:rsidRPr="00C43BF2" w:rsidRDefault="00786E08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wybrany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dzień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/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dni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w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roku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szkolnym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,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czerwiec</w:t>
            </w:r>
            <w:proofErr w:type="spellEnd"/>
          </w:p>
        </w:tc>
        <w:tc>
          <w:tcPr>
            <w:tcW w:w="3851" w:type="dxa"/>
            <w:vAlign w:val="center"/>
          </w:tcPr>
          <w:p w14:paraId="44DF17A6" w14:textId="7BB1056E" w:rsidR="00786E08" w:rsidRPr="002D7E2F" w:rsidRDefault="00786E08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Samorząd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Uczniowski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,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wychowawcy</w:t>
            </w:r>
            <w:proofErr w:type="spellEnd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proofErr w:type="spellStart"/>
            <w:r w:rsidRPr="00C43BF2">
              <w:rPr>
                <w:rFonts w:asciiTheme="majorHAnsi" w:hAnsiTheme="majorHAnsi" w:cstheme="majorHAnsi"/>
                <w:bCs/>
                <w:sz w:val="24"/>
                <w:szCs w:val="24"/>
              </w:rPr>
              <w:t>klas</w:t>
            </w:r>
            <w:proofErr w:type="spellEnd"/>
          </w:p>
        </w:tc>
      </w:tr>
    </w:tbl>
    <w:p w14:paraId="241528DC" w14:textId="4C91CAE8" w:rsidR="00304E3B" w:rsidRPr="002D7E2F" w:rsidRDefault="00304E3B">
      <w:pPr>
        <w:spacing w:before="200"/>
        <w:rPr>
          <w:rFonts w:ascii="Arial" w:hAnsi="Arial" w:cs="Arial"/>
          <w:bCs/>
          <w:sz w:val="24"/>
          <w:szCs w:val="24"/>
        </w:rPr>
      </w:pPr>
    </w:p>
    <w:sectPr w:rsidR="00304E3B" w:rsidRPr="002D7E2F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B4CAF"/>
    <w:rsid w:val="00296311"/>
    <w:rsid w:val="0029639D"/>
    <w:rsid w:val="002D7E2F"/>
    <w:rsid w:val="00304E3B"/>
    <w:rsid w:val="00326F90"/>
    <w:rsid w:val="00631DA1"/>
    <w:rsid w:val="00771AC9"/>
    <w:rsid w:val="00786E08"/>
    <w:rsid w:val="00AA1D8D"/>
    <w:rsid w:val="00B024D4"/>
    <w:rsid w:val="00B47730"/>
    <w:rsid w:val="00C43BF2"/>
    <w:rsid w:val="00CB0664"/>
    <w:rsid w:val="00D27BC6"/>
    <w:rsid w:val="00E22697"/>
    <w:rsid w:val="00E32FFC"/>
    <w:rsid w:val="00E73CEB"/>
    <w:rsid w:val="00E94224"/>
    <w:rsid w:val="00F65472"/>
    <w:rsid w:val="00FC693F"/>
    <w:rsid w:val="00FF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4E7249"/>
  <w14:defaultImageDpi w14:val="300"/>
  <w15:docId w15:val="{A47A96C9-C565-420A-BB45-5F077D7EC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23C677-8E6D-41F3-B9C8-3F69D70DE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1147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1336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Ewa Karasek</cp:lastModifiedBy>
  <cp:revision>2</cp:revision>
  <dcterms:created xsi:type="dcterms:W3CDTF">2026-09-15T12:20:00Z</dcterms:created>
  <dcterms:modified xsi:type="dcterms:W3CDTF">2026-09-15T12:20:00Z</dcterms:modified>
  <cp:category/>
</cp:coreProperties>
</file>